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CB301" w14:textId="77777777" w:rsidR="003B1A2A" w:rsidRDefault="00000000">
      <w:pPr>
        <w:spacing w:after="20"/>
      </w:pPr>
      <w:r>
        <w:rPr>
          <w:rFonts w:ascii="Aptos Display" w:hAnsi="Aptos Display"/>
          <w:b/>
          <w:color w:val="173B5B"/>
          <w:sz w:val="38"/>
        </w:rPr>
        <w:t>COIL Course Proposal &amp; Partner-Matching Template</w:t>
      </w:r>
    </w:p>
    <w:p w14:paraId="5D8C27A5" w14:textId="77777777" w:rsidR="003B1A2A" w:rsidRDefault="00000000">
      <w:pPr>
        <w:spacing w:after="140"/>
      </w:pPr>
      <w:r>
        <w:rPr>
          <w:color w:val="5E7180"/>
          <w:sz w:val="19"/>
        </w:rPr>
        <w:t>For academics interested in developing a Collaborative Online International Learning (COIL) collaboration within Aurora.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0"/>
      </w:tblGrid>
      <w:tr w:rsidR="003B1A2A" w14:paraId="0379A76B" w14:textId="77777777">
        <w:trPr>
          <w:cantSplit/>
        </w:trPr>
        <w:tc>
          <w:tcPr>
            <w:tcW w:w="10368" w:type="dxa"/>
            <w:tcBorders>
              <w:top w:val="single" w:sz="7" w:space="0" w:color="18A6A0"/>
              <w:left w:val="single" w:sz="7" w:space="0" w:color="18A6A0"/>
              <w:bottom w:val="single" w:sz="7" w:space="0" w:color="18A6A0"/>
              <w:right w:val="single" w:sz="7" w:space="0" w:color="18A6A0"/>
            </w:tcBorders>
            <w:shd w:val="clear" w:color="auto" w:fill="EAF4F7"/>
            <w:tcMar>
              <w:top w:w="105" w:type="dxa"/>
              <w:left w:w="140" w:type="dxa"/>
              <w:bottom w:w="105" w:type="dxa"/>
              <w:right w:w="140" w:type="dxa"/>
            </w:tcMar>
          </w:tcPr>
          <w:p w14:paraId="64D9CF90" w14:textId="77777777" w:rsidR="003B1A2A" w:rsidRDefault="00000000">
            <w:r>
              <w:rPr>
                <w:b/>
                <w:color w:val="173B5B"/>
                <w:sz w:val="18"/>
              </w:rPr>
              <w:t>How to use this template</w:t>
            </w:r>
          </w:p>
          <w:p w14:paraId="12FCB35D" w14:textId="77777777" w:rsidR="003B1A2A" w:rsidRDefault="00000000">
            <w:pPr>
              <w:spacing w:after="0"/>
            </w:pPr>
            <w:r>
              <w:rPr>
                <w:sz w:val="17"/>
              </w:rPr>
              <w:t>Complete the fields below as clearly as possible. The matching profile helps identify a suitable Aurora partner and possible COIL activities.</w:t>
            </w:r>
          </w:p>
        </w:tc>
      </w:tr>
    </w:tbl>
    <w:p w14:paraId="6D1862EC" w14:textId="77777777" w:rsidR="003B1A2A" w:rsidRDefault="003B1A2A">
      <w:pPr>
        <w:spacing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B1A2A" w14:paraId="202C2C40" w14:textId="77777777">
        <w:trPr>
          <w:cantSplit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shd w:val="clear" w:color="auto" w:fill="BFE7D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7FAA2" w14:textId="77777777" w:rsidR="003B1A2A" w:rsidRDefault="00000000">
            <w:pPr>
              <w:jc w:val="center"/>
            </w:pPr>
            <w:r>
              <w:rPr>
                <w:b/>
                <w:color w:val="173B5B"/>
                <w:sz w:val="32"/>
              </w:rPr>
              <w:t>01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shd w:val="clear" w:color="auto" w:fill="BFE7D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76FF47" w14:textId="77777777" w:rsidR="003B1A2A" w:rsidRDefault="00000000">
            <w:r>
              <w:rPr>
                <w:b/>
                <w:color w:val="173B5B"/>
                <w:sz w:val="23"/>
              </w:rPr>
              <w:t>Course details</w:t>
            </w:r>
            <w:r>
              <w:br/>
            </w:r>
            <w:r>
              <w:rPr>
                <w:color w:val="5E7180"/>
                <w:sz w:val="17"/>
              </w:rPr>
              <w:t>Tell us about the course you would like to connect internationally.</w:t>
            </w:r>
          </w:p>
        </w:tc>
      </w:tr>
    </w:tbl>
    <w:p w14:paraId="59AA44A0" w14:textId="77777777" w:rsidR="003B1A2A" w:rsidRDefault="003B1A2A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7560"/>
      </w:tblGrid>
      <w:tr w:rsidR="41975DEC" w14:paraId="20224B9B" w14:textId="77777777" w:rsidTr="749DBF63">
        <w:trPr>
          <w:cantSplit/>
          <w:trHeight w:val="300"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B25F72" w14:textId="0631C61C" w:rsidR="70AC1A2E" w:rsidRDefault="70AC1A2E" w:rsidP="41975DEC">
            <w:r w:rsidRPr="41975DEC">
              <w:rPr>
                <w:b/>
                <w:bCs/>
                <w:color w:val="173B5B"/>
                <w:sz w:val="19"/>
                <w:szCs w:val="19"/>
              </w:rPr>
              <w:t>Institution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D109EF" w14:textId="5F404BEE" w:rsidR="41975DEC" w:rsidRDefault="63F5BA5D" w:rsidP="749DBF63">
            <w:r w:rsidRPr="749DBF63">
              <w:rPr>
                <w:i/>
                <w:iCs/>
                <w:color w:val="7C8C96"/>
                <w:sz w:val="19"/>
                <w:szCs w:val="19"/>
              </w:rPr>
              <w:t>[Enter home institution name]</w:t>
            </w:r>
          </w:p>
        </w:tc>
      </w:tr>
      <w:tr w:rsidR="003B1A2A" w14:paraId="44B727A1" w14:textId="77777777" w:rsidTr="749DBF63">
        <w:trPr>
          <w:cantSplit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7A2DC" w14:textId="77777777" w:rsidR="003B1A2A" w:rsidRDefault="00000000">
            <w:r>
              <w:rPr>
                <w:b/>
                <w:color w:val="173B5B"/>
                <w:sz w:val="19"/>
              </w:rPr>
              <w:t>Course title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FD1F9" w14:textId="77777777" w:rsidR="003B1A2A" w:rsidRDefault="00000000">
            <w:r>
              <w:rPr>
                <w:i/>
                <w:color w:val="7C8C96"/>
                <w:sz w:val="19"/>
              </w:rPr>
              <w:t>[Enter course title]</w:t>
            </w:r>
          </w:p>
        </w:tc>
      </w:tr>
      <w:tr w:rsidR="003B1A2A" w14:paraId="4A945C4A" w14:textId="77777777" w:rsidTr="749DBF63">
        <w:trPr>
          <w:cantSplit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83417" w14:textId="77777777" w:rsidR="003B1A2A" w:rsidRDefault="00000000">
            <w:r>
              <w:rPr>
                <w:b/>
                <w:color w:val="173B5B"/>
                <w:sz w:val="19"/>
              </w:rPr>
              <w:t>Level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31FB6" w14:textId="77777777" w:rsidR="003B1A2A" w:rsidRDefault="00000000">
            <w:r>
              <w:rPr>
                <w:i/>
                <w:color w:val="7C8C96"/>
                <w:sz w:val="19"/>
              </w:rPr>
              <w:t>[Bachelor / Master / PhD]</w:t>
            </w:r>
          </w:p>
        </w:tc>
      </w:tr>
      <w:tr w:rsidR="003B1A2A" w14:paraId="1EC9B057" w14:textId="77777777" w:rsidTr="749DBF63">
        <w:trPr>
          <w:cantSplit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54E30" w14:textId="77777777" w:rsidR="003B1A2A" w:rsidRDefault="00000000">
            <w:r>
              <w:rPr>
                <w:b/>
                <w:color w:val="173B5B"/>
                <w:sz w:val="19"/>
              </w:rPr>
              <w:t>Degree programme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54FF8" w14:textId="77777777" w:rsidR="003B1A2A" w:rsidRDefault="00000000">
            <w:r>
              <w:rPr>
                <w:i/>
                <w:color w:val="7C8C96"/>
                <w:sz w:val="19"/>
              </w:rPr>
              <w:t>[Enter degree programme / study programme]</w:t>
            </w:r>
          </w:p>
        </w:tc>
      </w:tr>
      <w:tr w:rsidR="003B1A2A" w14:paraId="5FC9F46C" w14:textId="77777777" w:rsidTr="749DBF63">
        <w:trPr>
          <w:cantSplit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ECBE1" w14:textId="77777777" w:rsidR="003B1A2A" w:rsidRDefault="00000000">
            <w:r>
              <w:rPr>
                <w:b/>
                <w:color w:val="173B5B"/>
                <w:sz w:val="19"/>
              </w:rPr>
              <w:t>Semester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03B26" w14:textId="77777777" w:rsidR="003B1A2A" w:rsidRDefault="00000000">
            <w:r>
              <w:rPr>
                <w:i/>
                <w:color w:val="7C8C96"/>
                <w:sz w:val="19"/>
              </w:rPr>
              <w:t>[Autumn / Spring + year]</w:t>
            </w:r>
          </w:p>
        </w:tc>
      </w:tr>
      <w:tr w:rsidR="003B1A2A" w14:paraId="413107FE" w14:textId="77777777" w:rsidTr="749DBF63">
        <w:trPr>
          <w:cantSplit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2C858" w14:textId="278230AE" w:rsidR="003B1A2A" w:rsidRDefault="00000000">
            <w:r w:rsidRPr="749DBF63">
              <w:rPr>
                <w:b/>
                <w:bCs/>
                <w:color w:val="173B5B"/>
                <w:sz w:val="19"/>
                <w:szCs w:val="19"/>
              </w:rPr>
              <w:t>Key topics</w:t>
            </w:r>
            <w:r w:rsidR="45AA866E" w:rsidRPr="749DBF63">
              <w:rPr>
                <w:b/>
                <w:bCs/>
                <w:color w:val="173B5B"/>
                <w:sz w:val="19"/>
                <w:szCs w:val="19"/>
              </w:rPr>
              <w:t xml:space="preserve"> 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CD480" w14:textId="77777777" w:rsidR="003B1A2A" w:rsidRDefault="00000000">
            <w:r>
              <w:rPr>
                <w:i/>
                <w:color w:val="7C8C96"/>
                <w:sz w:val="19"/>
              </w:rPr>
              <w:t>[List 3–6 key topics, themes or learning areas]</w:t>
            </w:r>
          </w:p>
        </w:tc>
      </w:tr>
    </w:tbl>
    <w:p w14:paraId="110C7EC8" w14:textId="77777777" w:rsidR="003B1A2A" w:rsidRDefault="003B1A2A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B1A2A" w14:paraId="73459752" w14:textId="77777777">
        <w:trPr>
          <w:cantSplit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shd w:val="clear" w:color="auto" w:fill="D9D1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87A87" w14:textId="77777777" w:rsidR="003B1A2A" w:rsidRDefault="00000000">
            <w:pPr>
              <w:jc w:val="center"/>
            </w:pPr>
            <w:r>
              <w:rPr>
                <w:b/>
                <w:color w:val="173B5B"/>
                <w:sz w:val="32"/>
              </w:rPr>
              <w:t>02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shd w:val="clear" w:color="auto" w:fill="D9D1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14589" w14:textId="77777777" w:rsidR="003B1A2A" w:rsidRDefault="00000000">
            <w:r>
              <w:rPr>
                <w:b/>
                <w:color w:val="173B5B"/>
                <w:sz w:val="23"/>
              </w:rPr>
              <w:t>Academic contact</w:t>
            </w:r>
            <w:r>
              <w:br/>
            </w:r>
            <w:r>
              <w:rPr>
                <w:color w:val="5E7180"/>
                <w:sz w:val="17"/>
              </w:rPr>
              <w:t>The person who will coordinate the COIL collaboration.</w:t>
            </w:r>
          </w:p>
        </w:tc>
      </w:tr>
    </w:tbl>
    <w:p w14:paraId="4FCB1D0C" w14:textId="77777777" w:rsidR="003B1A2A" w:rsidRDefault="003B1A2A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7560"/>
      </w:tblGrid>
      <w:tr w:rsidR="003B1A2A" w14:paraId="101298F6" w14:textId="77777777">
        <w:trPr>
          <w:cantSplit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643BB" w14:textId="77777777" w:rsidR="003B1A2A" w:rsidRDefault="00000000">
            <w:r>
              <w:rPr>
                <w:b/>
                <w:color w:val="173B5B"/>
                <w:sz w:val="19"/>
              </w:rPr>
              <w:t>Professor / academic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125C3" w14:textId="77777777" w:rsidR="003B1A2A" w:rsidRDefault="00000000">
            <w:r>
              <w:rPr>
                <w:i/>
                <w:color w:val="7C8C96"/>
                <w:sz w:val="19"/>
              </w:rPr>
              <w:t>[Full name]</w:t>
            </w:r>
          </w:p>
        </w:tc>
      </w:tr>
      <w:tr w:rsidR="003B1A2A" w14:paraId="767CB795" w14:textId="77777777">
        <w:trPr>
          <w:cantSplit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2D728" w14:textId="77777777" w:rsidR="003B1A2A" w:rsidRDefault="00000000">
            <w:r>
              <w:rPr>
                <w:b/>
                <w:color w:val="173B5B"/>
                <w:sz w:val="19"/>
              </w:rPr>
              <w:t>Department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84DF71" w14:textId="77777777" w:rsidR="003B1A2A" w:rsidRDefault="00000000">
            <w:r>
              <w:rPr>
                <w:i/>
                <w:color w:val="7C8C96"/>
                <w:sz w:val="19"/>
              </w:rPr>
              <w:t>[Department / school / faculty]</w:t>
            </w:r>
          </w:p>
        </w:tc>
      </w:tr>
      <w:tr w:rsidR="003B1A2A" w14:paraId="650D4FF9" w14:textId="77777777">
        <w:trPr>
          <w:cantSplit/>
        </w:trPr>
        <w:tc>
          <w:tcPr>
            <w:tcW w:w="259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9BBE8D" w14:textId="77777777" w:rsidR="003B1A2A" w:rsidRDefault="00000000">
            <w:r>
              <w:rPr>
                <w:b/>
                <w:color w:val="173B5B"/>
                <w:sz w:val="19"/>
              </w:rPr>
              <w:t>Email</w:t>
            </w:r>
          </w:p>
        </w:tc>
        <w:tc>
          <w:tcPr>
            <w:tcW w:w="756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E9DE98" w14:textId="77777777" w:rsidR="003B1A2A" w:rsidRDefault="00000000">
            <w:r>
              <w:rPr>
                <w:i/>
                <w:color w:val="7C8C96"/>
                <w:sz w:val="19"/>
              </w:rPr>
              <w:t>[Institutional email address]</w:t>
            </w:r>
          </w:p>
        </w:tc>
      </w:tr>
    </w:tbl>
    <w:p w14:paraId="4AC1ECBB" w14:textId="77777777" w:rsidR="003B1A2A" w:rsidRDefault="00000000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B1A2A" w14:paraId="5DE677DA" w14:textId="77777777" w:rsidTr="00985ED9">
        <w:trPr>
          <w:cantSplit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3A3A5" w14:textId="77777777" w:rsidR="003B1A2A" w:rsidRDefault="00000000">
            <w:pPr>
              <w:jc w:val="center"/>
            </w:pPr>
            <w:r>
              <w:rPr>
                <w:b/>
                <w:color w:val="173B5B"/>
                <w:sz w:val="32"/>
              </w:rPr>
              <w:lastRenderedPageBreak/>
              <w:t>03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C99F05" w14:textId="77777777" w:rsidR="003B1A2A" w:rsidRDefault="00000000">
            <w:r>
              <w:rPr>
                <w:b/>
                <w:color w:val="173B5B"/>
                <w:sz w:val="23"/>
              </w:rPr>
              <w:t>Matching partner profile</w:t>
            </w:r>
            <w:r>
              <w:br/>
            </w:r>
            <w:r>
              <w:rPr>
                <w:color w:val="5E7180"/>
                <w:sz w:val="17"/>
              </w:rPr>
              <w:t>Describe the kind of Aurora colleague, course or student group that would be a good match.</w:t>
            </w:r>
          </w:p>
        </w:tc>
      </w:tr>
    </w:tbl>
    <w:p w14:paraId="6D90DBE8" w14:textId="77777777" w:rsidR="003B1A2A" w:rsidRDefault="003B1A2A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7272"/>
      </w:tblGrid>
      <w:tr w:rsidR="003B1A2A" w14:paraId="0E5D4EF3" w14:textId="77777777" w:rsidTr="749DBF63">
        <w:trPr>
          <w:cantSplit/>
        </w:trPr>
        <w:tc>
          <w:tcPr>
            <w:tcW w:w="288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13AD4" w14:textId="77777777" w:rsidR="003B1A2A" w:rsidRDefault="00000000">
            <w:r>
              <w:rPr>
                <w:b/>
                <w:color w:val="173B5B"/>
                <w:sz w:val="19"/>
              </w:rPr>
              <w:t>Preferred discipline / field</w:t>
            </w:r>
          </w:p>
        </w:tc>
        <w:tc>
          <w:tcPr>
            <w:tcW w:w="727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4AD86A" w14:textId="77777777" w:rsidR="003B1A2A" w:rsidRDefault="00000000">
            <w:r>
              <w:rPr>
                <w:i/>
                <w:color w:val="7C8C96"/>
                <w:sz w:val="19"/>
              </w:rPr>
              <w:t>[e.g. Management, Economics, Sustainability, Communication]</w:t>
            </w:r>
          </w:p>
        </w:tc>
      </w:tr>
      <w:tr w:rsidR="003B1A2A" w14:paraId="2F9FD51A" w14:textId="77777777" w:rsidTr="749DBF63">
        <w:trPr>
          <w:cantSplit/>
        </w:trPr>
        <w:tc>
          <w:tcPr>
            <w:tcW w:w="288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A7E3F" w14:textId="77777777" w:rsidR="003B1A2A" w:rsidRDefault="00000000">
            <w:r>
              <w:rPr>
                <w:b/>
                <w:color w:val="173B5B"/>
                <w:sz w:val="19"/>
              </w:rPr>
              <w:t>Preferred academic level</w:t>
            </w:r>
          </w:p>
        </w:tc>
        <w:tc>
          <w:tcPr>
            <w:tcW w:w="727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9F2AE" w14:textId="77777777" w:rsidR="003B1A2A" w:rsidRDefault="00000000">
            <w:r>
              <w:rPr>
                <w:i/>
                <w:color w:val="7C8C96"/>
                <w:sz w:val="19"/>
              </w:rPr>
              <w:t>[Bachelor / Master / mixed / open to discussion]</w:t>
            </w:r>
          </w:p>
        </w:tc>
      </w:tr>
      <w:tr w:rsidR="003B1A2A" w14:paraId="2A457195" w14:textId="77777777" w:rsidTr="749DBF63">
        <w:trPr>
          <w:cantSplit/>
        </w:trPr>
        <w:tc>
          <w:tcPr>
            <w:tcW w:w="288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BF22C2" w14:textId="77777777" w:rsidR="003B1A2A" w:rsidRDefault="00000000">
            <w:r>
              <w:rPr>
                <w:b/>
                <w:color w:val="173B5B"/>
                <w:sz w:val="19"/>
              </w:rPr>
              <w:t>Desired partner profile</w:t>
            </w:r>
          </w:p>
        </w:tc>
        <w:tc>
          <w:tcPr>
            <w:tcW w:w="727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53DED" w14:textId="77777777" w:rsidR="003B1A2A" w:rsidRDefault="00000000">
            <w:r>
              <w:rPr>
                <w:i/>
                <w:color w:val="7C8C96"/>
                <w:sz w:val="19"/>
              </w:rPr>
              <w:t>[Expertise, course theme or perspective you would like the partner to bring]</w:t>
            </w:r>
          </w:p>
        </w:tc>
      </w:tr>
      <w:tr w:rsidR="003B1A2A" w14:paraId="46CF1480" w14:textId="77777777" w:rsidTr="749DBF63">
        <w:trPr>
          <w:cantSplit/>
        </w:trPr>
        <w:tc>
          <w:tcPr>
            <w:tcW w:w="288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33BB8" w14:textId="77777777" w:rsidR="003B1A2A" w:rsidRDefault="00000000">
            <w:r>
              <w:rPr>
                <w:b/>
                <w:color w:val="173B5B"/>
                <w:sz w:val="19"/>
              </w:rPr>
              <w:t>Approx. student group</w:t>
            </w:r>
          </w:p>
        </w:tc>
        <w:tc>
          <w:tcPr>
            <w:tcW w:w="727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6CC78" w14:textId="77777777" w:rsidR="003B1A2A" w:rsidRDefault="00000000">
            <w:r>
              <w:rPr>
                <w:i/>
                <w:color w:val="7C8C96"/>
                <w:sz w:val="19"/>
              </w:rPr>
              <w:t>[Estimated number of students / preferred total group size]</w:t>
            </w:r>
          </w:p>
        </w:tc>
      </w:tr>
      <w:tr w:rsidR="003B1A2A" w14:paraId="0D1CB38F" w14:textId="77777777" w:rsidTr="749DBF63">
        <w:trPr>
          <w:cantSplit/>
        </w:trPr>
        <w:tc>
          <w:tcPr>
            <w:tcW w:w="288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2448D" w14:textId="66852F8F" w:rsidR="003B1A2A" w:rsidRDefault="7F0B296B">
            <w:r w:rsidRPr="749DBF63">
              <w:rPr>
                <w:b/>
                <w:bCs/>
                <w:color w:val="173B5B"/>
                <w:sz w:val="19"/>
                <w:szCs w:val="19"/>
              </w:rPr>
              <w:t>Preferred</w:t>
            </w:r>
            <w:r w:rsidR="7AECBC66" w:rsidRPr="749DBF63">
              <w:rPr>
                <w:b/>
                <w:bCs/>
                <w:color w:val="173B5B"/>
                <w:sz w:val="19"/>
                <w:szCs w:val="19"/>
              </w:rPr>
              <w:t xml:space="preserve"> w</w:t>
            </w:r>
            <w:r w:rsidR="766ADABD" w:rsidRPr="749DBF63">
              <w:rPr>
                <w:b/>
                <w:bCs/>
                <w:color w:val="173B5B"/>
                <w:sz w:val="19"/>
                <w:szCs w:val="19"/>
              </w:rPr>
              <w:t>orking language</w:t>
            </w:r>
          </w:p>
        </w:tc>
        <w:tc>
          <w:tcPr>
            <w:tcW w:w="727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C84BB" w14:textId="77777777" w:rsidR="003B1A2A" w:rsidRDefault="00000000">
            <w:r>
              <w:rPr>
                <w:i/>
                <w:color w:val="7C8C96"/>
                <w:sz w:val="19"/>
              </w:rPr>
              <w:t>[e.g. English]</w:t>
            </w:r>
          </w:p>
        </w:tc>
      </w:tr>
      <w:tr w:rsidR="749DBF63" w14:paraId="058E254A" w14:textId="77777777" w:rsidTr="749DBF63">
        <w:trPr>
          <w:cantSplit/>
          <w:trHeight w:val="300"/>
        </w:trPr>
        <w:tc>
          <w:tcPr>
            <w:tcW w:w="2880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EA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D3E2A" w14:textId="70E0B8BC" w:rsidR="177A852C" w:rsidRDefault="177A852C" w:rsidP="749DBF63">
            <w:r w:rsidRPr="749DBF63">
              <w:rPr>
                <w:b/>
                <w:bCs/>
                <w:color w:val="173B5B"/>
                <w:sz w:val="19"/>
                <w:szCs w:val="19"/>
              </w:rPr>
              <w:t>Do you have any suggestions for the COIL project?</w:t>
            </w:r>
          </w:p>
        </w:tc>
        <w:tc>
          <w:tcPr>
            <w:tcW w:w="7272" w:type="dxa"/>
            <w:tcBorders>
              <w:top w:val="single" w:sz="4" w:space="0" w:color="D9E4EA"/>
              <w:left w:val="single" w:sz="4" w:space="0" w:color="D9E4EA"/>
              <w:bottom w:val="single" w:sz="4" w:space="0" w:color="D9E4EA"/>
              <w:right w:val="single" w:sz="4" w:space="0" w:color="D9E4E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BCA9B" w14:textId="47559350" w:rsidR="1A601E82" w:rsidRDefault="1A601E82" w:rsidP="749DBF63">
            <w:r w:rsidRPr="749DBF63">
              <w:rPr>
                <w:i/>
                <w:iCs/>
                <w:color w:val="7C8C96"/>
                <w:sz w:val="19"/>
                <w:szCs w:val="19"/>
              </w:rPr>
              <w:t>[Suggestions for the COIL project collaboration]</w:t>
            </w:r>
          </w:p>
        </w:tc>
      </w:tr>
    </w:tbl>
    <w:p w14:paraId="37A81CAE" w14:textId="77777777" w:rsidR="003B1A2A" w:rsidRDefault="003B1A2A">
      <w:pPr>
        <w:spacing w:after="20"/>
      </w:pPr>
    </w:p>
    <w:p w14:paraId="7527BC39" w14:textId="77777777" w:rsidR="00E701E3" w:rsidRDefault="00E701E3"/>
    <w:sectPr w:rsidR="00E701E3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2A95B" w14:textId="77777777" w:rsidR="000727A5" w:rsidRDefault="000727A5">
      <w:pPr>
        <w:spacing w:after="0" w:line="240" w:lineRule="auto"/>
      </w:pPr>
      <w:r>
        <w:separator/>
      </w:r>
    </w:p>
  </w:endnote>
  <w:endnote w:type="continuationSeparator" w:id="0">
    <w:p w14:paraId="1E0F6893" w14:textId="77777777" w:rsidR="000727A5" w:rsidRDefault="00072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0ACE" w14:textId="77777777" w:rsidR="00B14E32" w:rsidRDefault="00B14E3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AA5F9" w14:textId="77777777" w:rsidR="003B1A2A" w:rsidRDefault="00000000">
    <w:pPr>
      <w:pStyle w:val="Sidefod"/>
      <w:jc w:val="center"/>
    </w:pPr>
    <w:r>
      <w:rPr>
        <w:color w:val="5E7180"/>
        <w:sz w:val="15"/>
      </w:rPr>
      <w:t xml:space="preserve">AURORA European Universities </w:t>
    </w:r>
    <w:proofErr w:type="gramStart"/>
    <w:r>
      <w:rPr>
        <w:color w:val="5E7180"/>
        <w:sz w:val="15"/>
      </w:rPr>
      <w:t>Alliance  |</w:t>
    </w:r>
    <w:proofErr w:type="gramEnd"/>
    <w:r>
      <w:rPr>
        <w:color w:val="5E7180"/>
        <w:sz w:val="15"/>
      </w:rPr>
      <w:t xml:space="preserve">  COIL Course Proposal &amp; Partner Matching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D4254" w14:textId="77777777" w:rsidR="00B14E32" w:rsidRDefault="00B14E3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24142" w14:textId="77777777" w:rsidR="000727A5" w:rsidRDefault="000727A5">
      <w:pPr>
        <w:spacing w:after="0" w:line="240" w:lineRule="auto"/>
      </w:pPr>
      <w:r>
        <w:separator/>
      </w:r>
    </w:p>
  </w:footnote>
  <w:footnote w:type="continuationSeparator" w:id="0">
    <w:p w14:paraId="7AE915DA" w14:textId="77777777" w:rsidR="000727A5" w:rsidRDefault="00072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0FD0" w14:textId="77777777" w:rsidR="00B14E32" w:rsidRDefault="00B14E3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37E27" w14:textId="557D4AE9" w:rsidR="003B1A2A" w:rsidRDefault="00B14E32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FB745" wp14:editId="10AE2603">
          <wp:simplePos x="0" y="0"/>
          <wp:positionH relativeFrom="margin">
            <wp:posOffset>4453890</wp:posOffset>
          </wp:positionH>
          <wp:positionV relativeFrom="paragraph">
            <wp:posOffset>66675</wp:posOffset>
          </wp:positionV>
          <wp:extent cx="2075302" cy="657225"/>
          <wp:effectExtent l="0" t="0" r="0" b="0"/>
          <wp:wrapTopAndBottom/>
          <wp:docPr id="14063773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377327" name="Picture 14063773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5302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21D4" w14:textId="77777777" w:rsidR="00B14E32" w:rsidRDefault="00B14E3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240849">
    <w:abstractNumId w:val="8"/>
  </w:num>
  <w:num w:numId="2" w16cid:durableId="944193805">
    <w:abstractNumId w:val="6"/>
  </w:num>
  <w:num w:numId="3" w16cid:durableId="274557779">
    <w:abstractNumId w:val="5"/>
  </w:num>
  <w:num w:numId="4" w16cid:durableId="340395945">
    <w:abstractNumId w:val="4"/>
  </w:num>
  <w:num w:numId="5" w16cid:durableId="551235608">
    <w:abstractNumId w:val="7"/>
  </w:num>
  <w:num w:numId="6" w16cid:durableId="2123181604">
    <w:abstractNumId w:val="3"/>
  </w:num>
  <w:num w:numId="7" w16cid:durableId="964430859">
    <w:abstractNumId w:val="2"/>
  </w:num>
  <w:num w:numId="8" w16cid:durableId="1598752305">
    <w:abstractNumId w:val="1"/>
  </w:num>
  <w:num w:numId="9" w16cid:durableId="1198197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7A5"/>
    <w:rsid w:val="0015074B"/>
    <w:rsid w:val="0029639D"/>
    <w:rsid w:val="002F1CD6"/>
    <w:rsid w:val="003004AC"/>
    <w:rsid w:val="00326F90"/>
    <w:rsid w:val="003B1A2A"/>
    <w:rsid w:val="00744378"/>
    <w:rsid w:val="00791BF6"/>
    <w:rsid w:val="00985ED9"/>
    <w:rsid w:val="00AA1D8D"/>
    <w:rsid w:val="00AA5C11"/>
    <w:rsid w:val="00B14E32"/>
    <w:rsid w:val="00B47730"/>
    <w:rsid w:val="00CB0664"/>
    <w:rsid w:val="00E701E3"/>
    <w:rsid w:val="00FC693F"/>
    <w:rsid w:val="106A60B7"/>
    <w:rsid w:val="177A852C"/>
    <w:rsid w:val="1A601E82"/>
    <w:rsid w:val="1ED1A40C"/>
    <w:rsid w:val="25A24137"/>
    <w:rsid w:val="3B13E452"/>
    <w:rsid w:val="41975DEC"/>
    <w:rsid w:val="45AA866E"/>
    <w:rsid w:val="4741C777"/>
    <w:rsid w:val="536656FD"/>
    <w:rsid w:val="5DE52960"/>
    <w:rsid w:val="63F5BA5D"/>
    <w:rsid w:val="70AC1A2E"/>
    <w:rsid w:val="73F10180"/>
    <w:rsid w:val="749DBF63"/>
    <w:rsid w:val="766ADABD"/>
    <w:rsid w:val="7AECBC66"/>
    <w:rsid w:val="7BF420AD"/>
    <w:rsid w:val="7F0B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7DDC0B6"/>
  <w14:defaultImageDpi w14:val="300"/>
  <w15:docId w15:val="{6568E5B0-67CC-4823-ACE7-42776656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33746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49a8fd-c812-418a-a45a-c6b42b936699" xsi:nil="true"/>
    <lcf76f155ced4ddcb4097134ff3c332f xmlns="0c80f3b7-e0f2-4a32-9437-bb7d0a4b75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D38BC0C75C4B43AD086F1E90A76BFB" ma:contentTypeVersion="10" ma:contentTypeDescription="Crear nuevo documento." ma:contentTypeScope="" ma:versionID="d48240576de1c30fa24d967cbe349152">
  <xsd:schema xmlns:xsd="http://www.w3.org/2001/XMLSchema" xmlns:xs="http://www.w3.org/2001/XMLSchema" xmlns:p="http://schemas.microsoft.com/office/2006/metadata/properties" xmlns:ns2="0c80f3b7-e0f2-4a32-9437-bb7d0a4b75b0" xmlns:ns3="1749a8fd-c812-418a-a45a-c6b42b936699" targetNamespace="http://schemas.microsoft.com/office/2006/metadata/properties" ma:root="true" ma:fieldsID="ff825fd97c68bf9b50e69cb1bf4a6d6b" ns2:_="" ns3:_="">
    <xsd:import namespace="0c80f3b7-e0f2-4a32-9437-bb7d0a4b75b0"/>
    <xsd:import namespace="1749a8fd-c812-418a-a45a-c6b42b9366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0f3b7-e0f2-4a32-9437-bb7d0a4b7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9a8fd-c812-418a-a45a-c6b42b93669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319b0e4-bf2e-4b30-8409-00e00fac5509}" ma:internalName="TaxCatchAll" ma:showField="CatchAllData" ma:web="1749a8fd-c812-418a-a45a-c6b42b9366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A11164-B3DF-4F81-A69B-628029F60A76}">
  <ds:schemaRefs>
    <ds:schemaRef ds:uri="http://schemas.microsoft.com/office/2006/metadata/properties"/>
    <ds:schemaRef ds:uri="http://schemas.microsoft.com/office/infopath/2007/PartnerControls"/>
    <ds:schemaRef ds:uri="1749a8fd-c812-418a-a45a-c6b42b936699"/>
    <ds:schemaRef ds:uri="0c80f3b7-e0f2-4a32-9437-bb7d0a4b75b0"/>
  </ds:schemaRefs>
</ds:datastoreItem>
</file>

<file path=customXml/itemProps2.xml><?xml version="1.0" encoding="utf-8"?>
<ds:datastoreItem xmlns:ds="http://schemas.openxmlformats.org/officeDocument/2006/customXml" ds:itemID="{746C0D7E-707F-49F6-BD2B-BE74D2764C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46F1C8-458A-47B1-A3EB-4FAD54C12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0f3b7-e0f2-4a32-9437-bb7d0a4b75b0"/>
    <ds:schemaRef ds:uri="1749a8fd-c812-418a-a45a-c6b42b9366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</Words>
  <Characters>1263</Characters>
  <Application>Microsoft Office Word</Application>
  <DocSecurity>0</DocSecurity>
  <Lines>53</Lines>
  <Paragraphs>40</Paragraphs>
  <ScaleCrop>false</ScaleCrop>
  <Manager/>
  <Company/>
  <LinksUpToDate>false</LinksUpToDate>
  <CharactersWithSpaces>1438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Aurora COIL Course Proposal &amp; Partner-Matching Template</dc:title>
  <dc:subject>COIL course template</dc:subject>
  <dc:creator>Aurora European Universities Alliance</dc:creator>
  <cp:keywords/>
  <dc:description>generated by python-docx</dc:description>
  <cp:lastModifiedBy>Catherine Layolle Busch</cp:lastModifiedBy>
  <cp:revision>6</cp:revision>
  <dcterms:created xsi:type="dcterms:W3CDTF">2026-08-28T09:11:00Z</dcterms:created>
  <dcterms:modified xsi:type="dcterms:W3CDTF">2026-10-28T07:47:00Z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0x01010010D38BC0C75C4B43AD086F1E90A76BFB</vt:lpwstr>
  </property>
</Properties>
</file>